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HiBob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HiBob anbinden — </w:t>
      </w:r>
      <w:r>
        <w:rPr>
          <w:b/>
          <w:color w:val="E88B1C"/>
          <w:sz w:val="38"/>
        </w:rPr>
        <w:t>Schritt für Schritt</w:t>
      </w:r>
    </w:p>
    <w:p>
      <w:pPr>
        <w:spacing w:before="0" w:after="160" w:line="276" w:lineRule="auto"/>
      </w:pPr>
      <w:r>
        <w:rPr>
          <w:color w:val="5B7085"/>
          <w:sz w:val="22"/>
        </w:rPr>
        <w:t>So verbinden Sie HiBob Schritt für Schritt mit smart!bAV.</w:t>
      </w:r>
    </w:p>
    <w:p>
      <w:pPr>
        <w:spacing w:before="40" w:after="160" w:line="324" w:lineRule="auto"/>
        <w:shd w:val="clear" w:fill="FFF8EF"/>
        <w:ind w:left="113" w:right="113"/>
      </w:pPr>
      <w:r>
        <w:rPr>
          <w:rFonts w:ascii="Arial" w:hAnsi="Arial"/>
          <w:b/>
          <w:color w:val="333333"/>
          <w:sz w:val="19"/>
        </w:rPr>
        <w:t>So starten Sie:</w:t>
      </w:r>
      <w:r>
        <w:rPr>
          <w:rFonts w:ascii="Arial" w:hAnsi="Arial"/>
          <w:b w:val="0"/>
          <w:color w:val="333333"/>
          <w:sz w:val="19"/>
        </w:rPr>
        <w:t xml:space="preserve"> Den Link zum Connection Flow erhalten Sie per E-Mail von smart!bAV. Die technische Einrichtung übernimmt Ihr interner IT-Administrator — leiten Sie dieses Dokument weiter. </w:t>
      </w:r>
      <w:r>
        <w:rPr>
          <w:rFonts w:ascii="Arial" w:hAnsi="Arial"/>
          <w:b/>
          <w:color w:val="333333"/>
          <w:sz w:val="19"/>
        </w:rPr>
        <w:t>Aufgabe an den Admin:</w:t>
      </w:r>
      <w:r>
        <w:rPr>
          <w:rFonts w:ascii="Arial" w:hAnsi="Arial"/>
          <w:b w:val="0"/>
          <w:color w:val="333333"/>
          <w:sz w:val="19"/>
        </w:rPr>
        <w:t xml:space="preserve"> Lese-Nutzer mit den unten genannten Rechten anlegen und die Zugangsdaten (Credentials) bereitstellen.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VORAUSSETZUNGEN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HiBob-Account mit Admin-Rechten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Modul „Core HR“ aktiv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Rechte zum Anlegen von Service Users</w:t>
      </w:r>
    </w:p>
    <w:p>
      <w:pPr>
        <w:spacing w:before="40" w:after="120" w:line="276" w:lineRule="auto"/>
      </w:pPr>
      <w:r>
        <w:rPr>
          <w:b/>
          <w:color w:val="1A3A5C"/>
          <w:sz w:val="20"/>
        </w:rPr>
        <w:t xml:space="preserve">Zeitaufwand: </w:t>
      </w:r>
      <w:r>
        <w:rPr>
          <w:color w:val="333333"/>
          <w:sz w:val="20"/>
        </w:rPr>
        <w:t>ca. 10–15 Minuten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1  </w:t>
            </w:r>
            <w:r>
              <w:rPr>
                <w:b/>
                <w:color w:val="1A3A5C"/>
                <w:sz w:val="21"/>
              </w:rPr>
              <w:t>Berechtigungen bestätigen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Im Connection Flow auf „Weiter“: Freigabe für Mitarbeitende &amp; Unternehmensstruktur lesen.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2  </w:t>
            </w:r>
            <w:r>
              <w:rPr>
                <w:b/>
                <w:color w:val="1A3A5C"/>
                <w:sz w:val="21"/>
              </w:rPr>
              <w:t>Service-Benutzer anlegen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/>
                <w:color w:val="5B7085"/>
                <w:sz w:val="19"/>
              </w:rPr>
              <w:t>Einstellungen › Integrationen › Automatisierung › Service-Benutzer</w:t>
            </w:r>
            <w:r>
              <w:rPr>
                <w:rFonts w:ascii="Arial" w:hAnsi="Arial"/>
                <w:b w:val="0"/>
                <w:color w:val="5B7085"/>
                <w:sz w:val="19"/>
              </w:rPr>
              <w:t>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3  </w:t>
            </w:r>
            <w:r>
              <w:rPr>
                <w:b/>
                <w:color w:val="1A3A5C"/>
                <w:sz w:val="21"/>
              </w:rPr>
              <w:t>ID &amp; Token sichern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Nach dem Speichern werden </w:t>
            </w:r>
            <w:r>
              <w:rPr>
                <w:rFonts w:ascii="Arial" w:hAnsi="Arial"/>
                <w:b/>
                <w:color w:val="5B7085"/>
                <w:sz w:val="19"/>
              </w:rPr>
              <w:t>Service User ID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+ </w:t>
            </w:r>
            <w:r>
              <w:rPr>
                <w:rFonts w:ascii="Arial" w:hAnsi="Arial"/>
                <w:b/>
                <w:color w:val="5B7085"/>
                <w:sz w:val="19"/>
              </w:rPr>
              <w:t>Token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(nur einmal!) angezeigt.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4  </w:t>
            </w:r>
            <w:r>
              <w:rPr>
                <w:b/>
                <w:color w:val="1A3A5C"/>
                <w:sz w:val="21"/>
              </w:rPr>
              <w:t>Berechtigungsgruppe erstellen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Typ </w:t>
            </w:r>
            <w:r>
              <w:rPr>
                <w:rFonts w:ascii="Arial" w:hAnsi="Arial"/>
                <w:b/>
                <w:color w:val="5B7085"/>
                <w:sz w:val="19"/>
              </w:rPr>
              <w:t>Service-Benutzer</w:t>
            </w:r>
            <w:r>
              <w:rPr>
                <w:rFonts w:ascii="Arial" w:hAnsi="Arial"/>
                <w:b w:val="0"/>
                <w:color w:val="5B7085"/>
                <w:sz w:val="19"/>
              </w:rPr>
              <w:t>; den Service-Benutzer als Mitglied hinzufügen.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5  </w:t>
            </w:r>
            <w:r>
              <w:rPr>
                <w:b/>
                <w:color w:val="1A3A5C"/>
                <w:sz w:val="21"/>
              </w:rPr>
              <w:t>Rechte setzen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People (Alle), Personal/Work/Employment/Lifecycle, Sites &amp; Departments: Ansehen.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6  </w:t>
            </w:r>
            <w:r>
              <w:rPr>
                <w:b/>
                <w:color w:val="1A3A5C"/>
                <w:sz w:val="21"/>
              </w:rPr>
              <w:t>In smart!bAV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Service User ID + Token einfügen › </w:t>
            </w:r>
            <w:r>
              <w:rPr>
                <w:rFonts w:ascii="Arial" w:hAnsi="Arial"/>
                <w:b/>
                <w:color w:val="5B7085"/>
                <w:sz w:val="19"/>
              </w:rPr>
              <w:t>Integration einrichten</w:t>
            </w:r>
            <w:r>
              <w:rPr>
                <w:rFonts w:ascii="Arial" w:hAnsi="Arial"/>
                <w:b w:val="0"/>
                <w:color w:val="5B7085"/>
                <w:sz w:val="19"/>
              </w:rPr>
              <w:t>. Fertig.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HiBob</w:t>
      </w:r>
      <w:r>
        <w:rPr>
          <w:color w:val="333333"/>
          <w:sz w:val="19"/>
        </w:rPr>
        <w:t xml:space="preserve">  →  Stammdaten  ·  E-Mail  ·  Anstellung  ·  Lifecycle  ·  Standort  ·  Abteilung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BENÖTIGTE BERECHTIGUNGEN (NUR LESEN)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People – Personal, Work, Employment, Lifecycle: Ansehen (Stammdaten, Job, Anstellung, Ein-/Austritt)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Company – Sites, Departments: Ansehen (Standorte &amp; Abteilungen)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FFF8EF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19"/>
              </w:rPr>
              <w:t>Tipp</w:t>
            </w:r>
          </w:p>
          <w:p>
            <w:pPr>
              <w:spacing w:before="0" w:after="6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 xml:space="preserve">Der Token wird nur </w:t>
            </w:r>
            <w:r>
              <w:rPr>
                <w:rFonts w:ascii="Arial" w:hAnsi="Arial"/>
                <w:b/>
                <w:color w:val="333333"/>
                <w:sz w:val="20"/>
              </w:rPr>
              <w:t>einmal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angezeigt. Neue Service-Benutzer haben ohne Berechtigungsgruppe </w:t>
            </w:r>
            <w:r>
              <w:rPr>
                <w:rFonts w:ascii="Arial" w:hAnsi="Arial"/>
                <w:b/>
                <w:color w:val="333333"/>
                <w:sz w:val="20"/>
              </w:rPr>
              <w:t>keine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Rechte.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